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1A48C" w14:textId="77777777" w:rsidR="00E2623D" w:rsidRDefault="00000000">
      <w:pPr>
        <w:spacing w:after="0"/>
        <w:jc w:val="center"/>
      </w:pPr>
      <w:r>
        <w:rPr>
          <w:noProof/>
        </w:rPr>
        <w:drawing>
          <wp:inline distT="0" distB="0" distL="0" distR="0" wp14:anchorId="1E524662" wp14:editId="5562E7EE">
            <wp:extent cx="6400800" cy="9601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lorful Fe-Mail Fishing Entry Form(1)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96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2623D" w:rsidSect="00034616">
      <w:pgSz w:w="12240" w:h="15840"/>
      <w:pgMar w:top="504" w:right="504" w:bottom="504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79604869">
    <w:abstractNumId w:val="8"/>
  </w:num>
  <w:num w:numId="2" w16cid:durableId="1994870444">
    <w:abstractNumId w:val="6"/>
  </w:num>
  <w:num w:numId="3" w16cid:durableId="481778120">
    <w:abstractNumId w:val="5"/>
  </w:num>
  <w:num w:numId="4" w16cid:durableId="1377658224">
    <w:abstractNumId w:val="4"/>
  </w:num>
  <w:num w:numId="5" w16cid:durableId="31001252">
    <w:abstractNumId w:val="7"/>
  </w:num>
  <w:num w:numId="6" w16cid:durableId="455805419">
    <w:abstractNumId w:val="3"/>
  </w:num>
  <w:num w:numId="7" w16cid:durableId="769589688">
    <w:abstractNumId w:val="2"/>
  </w:num>
  <w:num w:numId="8" w16cid:durableId="1104493380">
    <w:abstractNumId w:val="1"/>
  </w:num>
  <w:num w:numId="9" w16cid:durableId="7825312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E4039"/>
    <w:rsid w:val="0015074B"/>
    <w:rsid w:val="0029639D"/>
    <w:rsid w:val="002B5FC7"/>
    <w:rsid w:val="00326F90"/>
    <w:rsid w:val="00AA1D8D"/>
    <w:rsid w:val="00B47730"/>
    <w:rsid w:val="00CB0664"/>
    <w:rsid w:val="00E2623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A40A393"/>
  <w14:defaultImageDpi w14:val="300"/>
  <w15:docId w15:val="{4224677B-4CC6-4442-B420-8DF8DAD52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Cudgegong Waters Park</cp:lastModifiedBy>
  <cp:revision>2</cp:revision>
  <dcterms:created xsi:type="dcterms:W3CDTF">2026-10-25T22:41:00Z</dcterms:created>
  <dcterms:modified xsi:type="dcterms:W3CDTF">2026-10-25T22:41:00Z</dcterms:modified>
  <cp:category/>
</cp:coreProperties>
</file>